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E9E6E"/>
          <w:sz w:val="18"/>
        </w:rPr>
        <w:t>PERSBERICHT</w:t>
      </w:r>
    </w:p>
    <w:p>
      <w:r>
        <w:rPr>
          <w:b/>
          <w:color w:val="1F2937"/>
          <w:sz w:val="36"/>
        </w:rPr>
        <w:t>Laden bij de buren wordt gratis: ERE-vergoeding betaalt de stroom</w:t>
      </w:r>
    </w:p>
    <w:p>
      <w:r>
        <w:rPr>
          <w:i/>
        </w:rPr>
        <w:t>Tibber en Joulo lanceren Joulo Deel, de eerste deeldienst voor laadstations waarbij niemand betaalt</w:t>
      </w:r>
    </w:p>
    <w:p>
      <w:r>
        <w:rPr>
          <w:b/>
        </w:rPr>
        <w:t>Amsterdam, 21 september 2026</w:t>
      </w:r>
      <w:r>
        <w:t xml:space="preserve"> • Tibber en Joulo lanceren vandaag Joulo Deel. Eigenaren van een laadstation thuis laten daarmee buren, vrienden en familie laden zonder dat daar een betaling tegenover staat. De gast betaalt niets en heeft geen laadpas of abonnement nodig. De eigenaar ontvangt voor elke gedeelde kilowattuur de ERE-vergoeding, die de stroomkosten vrijwel volledig dekt.</w:t>
      </w:r>
    </w:p>
    <w:p>
      <w:r>
        <w:rPr>
          <w:b/>
          <w:color w:val="2E9E6E"/>
          <w:sz w:val="24"/>
        </w:rPr>
        <w:t>Overheidsregeling dekt de stroomkosten</w:t>
      </w:r>
    </w:p>
    <w:p>
      <w:r>
        <w:t>Sinds 1 januari 2026 levert elke kilowattuur (kWh) die thuis met een MID-gecertificeerde meter wordt geladen een Emissiereductie-eenheid (ERE) op. Brandstofleveranciers kopen die eenheden om aan hun wettelijke verplichting te voldoen. Voor de eigenaar van het laadstation is dat zo'n 16 cent per kWh. Joulo rekent over gedeelde stroom geen servicekosten, zodat dit bedrag volledig bij de eigenaar terechtkomt.</w:t>
      </w:r>
    </w:p>
    <w:p>
      <w:r>
        <w:t>Op een dynamisch energiecontract ligt de stroomprijs overdag regelmatig onder die 16 cent, vooral op zonnige dagen. Een gastsessie kost de eigenaar op die uren niets. Op duurdere uren betaalt de eigenaar het verschil: bij een gemiddelde laadbeurt van 12 kWh is dat gemiddeld zo'n euro. Dezelfde laadbeurt kost bij een publiek laadpunt zo'n 5,50 euro.</w:t>
      </w:r>
    </w:p>
    <w:p>
      <w:r>
        <w:rPr>
          <w:b/>
          <w:color w:val="2E9E6E"/>
          <w:sz w:val="24"/>
        </w:rPr>
        <w:t>Een laadstation thuis staat 18 tot 20 uur per dag stil</w:t>
      </w:r>
    </w:p>
    <w:p>
      <w:r>
        <w:t>Uit een meting van Joulo over 11.575 thuislaadstations blijkt dat een laadstation thuis 18 tot 20 uur per etmaal vrij is. Op werkdagen tussen 10:00 en 16:00 is het negen van de tien minuten ongebruikt. Tegelijk zijn veel EV-rijders zonder eigen oprit aangewezen op publieke laadpunten. Joulo Deel brengt beide groepen bij elkaar. De eigenaar nodigt via de Joulo-app iemand uit die hij of zij kent. De gast maakt een gratis Joulo-account aan, meldt in de app dat hij laadt en plugt in. De eigenaar ziet in de app op welke uren de stroom het voordeligst is en zet Deel aan of uit wanneer het uitkomt.</w:t>
      </w:r>
    </w:p>
    <w:p>
      <w:r>
        <w:t>"Niet iedereen met een elektrische auto heeft een eigen oprit. Tegelijk staan de meeste laadstations thuis overdag stil," zegt Anton Westra, Energy Market Lead bij Tibber Nederland. "Precies op de uren dat stroom het goedkoopst is. Met Joulo Deel help je iemand uit je eigen omgeving met laden op een moment dat het jou bijna niets kost. Zo maken we laden via je eigen netwerk eenvoudiger, toegankelijker en slimmer."</w:t>
      </w:r>
    </w:p>
    <w:p>
      <w:r>
        <w:t>"Een laadstation delen moet net zo eenvoudig zijn als iemand uitnodigen voor een kop koffie," zegt Johan Trip, medeoprichter van Joulo. "Er komt geen betaalverzoek aan te pas. De ERE-vergoeding betaalt de stroom, en dat maakt delen vanzelfsprekend."</w:t>
      </w:r>
    </w:p>
    <w:p>
      <w:r>
        <w:rPr>
          <w:b/>
          <w:color w:val="2E9E6E"/>
          <w:sz w:val="24"/>
        </w:rPr>
        <w:t>Beschikbaarheid</w:t>
      </w:r>
    </w:p>
    <w:p>
      <w:r>
        <w:t>Joulo Deel is beschikbaar voor Tibber-klanten met een dynamisch energiecontract en een laadstation met een MID-gecertificeerde meter af fabriek. De gast heeft geen Tibber-contract nodig, alleen een gratis Joulo-account en een uitnodiging van de eigenaar. De dienst is bedoeld voor mensen die elkaar kennen.</w:t>
      </w:r>
    </w:p>
    <w:p>
      <w:r>
        <w:t>Meer informatie: joulo.nl/deel • persinformatie, cijfers en beeld: joulo.nl/pers/joulo-deel</w:t>
      </w:r>
    </w:p>
    <w:p>
      <w:r>
        <w:rPr>
          <w:b/>
          <w:color w:val="2E9E6E"/>
          <w:sz w:val="24"/>
        </w:rPr>
        <w:t>Noot voor de redactie (niet voor publicatie)</w:t>
      </w:r>
    </w:p>
    <w:p>
      <w:r>
        <w:rPr>
          <w:b/>
        </w:rPr>
        <w:t>Over Joulo.</w:t>
      </w:r>
      <w:r>
        <w:t xml:space="preserve"> Joulo is de meest gebruikte app voor ERE-registratie van Nederland, met ruim 20.000 downloads. Joulo B.V. staat op de officiële NEa-lijst van inboekdienstverleners. Joulo koppelt laadstations en leest elke laadsessie automatisch uit. Het boekt de geladen kilowatturen in bij de Nederlandse Emissieautoriteit (NEa), verkoopt de ERE's op de markt en betaalt de opbrengst elk kwartaal uit. Joulo is opgericht door Ruben Stolk en Johan Trip. Meer informatie: www.joulo.nl.</w:t>
      </w:r>
    </w:p>
    <w:p>
      <w:r>
        <w:rPr>
          <w:b/>
        </w:rPr>
        <w:t>Over Tibber.</w:t>
      </w:r>
      <w:r>
        <w:t xml:space="preserve"> Tibber is leverancier van dynamische energiecontracten en slimme technologische oplossingen. Die helpen klanten om meer inzicht te krijgen in hun energieverbruik en slimmer, efficiënter en duurzamer stroom te gebruiken. Tibber heeft meer dan 1 miljoen gebruikers en is actief in Nederland, Duitsland, Noorwegen en Zweden. Klanten krijgen stroom tegen de beursprijs per kwartier en toegang tot alle slimme functies in de Tibber-app. Meer informatie: tibber.com/nl.</w:t>
      </w:r>
    </w:p>
    <w:p>
      <w:r>
        <w:rPr>
          <w:b/>
        </w:rPr>
        <w:t>Perscontact Tibber.</w:t>
      </w:r>
      <w:r>
        <w:t xml:space="preserve"> TEAM LEWIS, Janneke van Kasteren en Annabel Timmermans • Tibber@teamlewis.com • +31 (0)40 235 4600</w:t>
      </w:r>
    </w:p>
    <w:p>
      <w:r>
        <w:rPr>
          <w:b/>
        </w:rPr>
        <w:t>Perscontact Joulo.</w:t>
      </w:r>
      <w:r>
        <w:t xml:space="preserve"> Johan Trip, medeoprichter • johan@joulo.nl • +31 88 1001 388</w:t>
      </w:r>
    </w:p>
    <w:p>
      <w:r>
        <w:rPr>
          <w:b/>
        </w:rPr>
        <w:t>Beeldmateriaal en cijfers:</w:t>
      </w:r>
      <w:r>
        <w:t xml:space="preserve"> joulo.nl/pers/joulo-deel • logo's en huisstijl: joulo.nl/merk • het onderzoek naar stilstand: joulo.nl/onderzoek/laadstation-stilstand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