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E9E6E"/>
          <w:sz w:val="18"/>
        </w:rPr>
        <w:t>PRESS RELEASE</w:t>
      </w:r>
    </w:p>
    <w:p>
      <w:r>
        <w:rPr>
          <w:b/>
          <w:color w:val="1F2937"/>
          <w:sz w:val="36"/>
        </w:rPr>
        <w:t>Charging at a neighbour's becomes free: ERE payment covers the electricity</w:t>
      </w:r>
    </w:p>
    <w:p>
      <w:r>
        <w:rPr>
          <w:i/>
        </w:rPr>
        <w:t>Tibber and Joulo launch Joulo Share, the first charger-sharing service where nobody pays</w:t>
      </w:r>
    </w:p>
    <w:p>
      <w:r>
        <w:rPr>
          <w:b/>
        </w:rPr>
        <w:t>Amsterdam, 21 September 2026</w:t>
      </w:r>
      <w:r>
        <w:t xml:space="preserve"> • Tibber and Joulo today launch Joulo Share (Joulo Deel in Dutch). Owners of a home charger can let neighbours, friends and family charge without any payment changing hands. The guest pays nothing and needs no charge card or subscription. For every shared kilowatt-hour the owner receives the ERE payment, which covers the electricity cost almost entirely.</w:t>
      </w:r>
    </w:p>
    <w:p>
      <w:r>
        <w:rPr>
          <w:b/>
          <w:color w:val="2E9E6E"/>
          <w:sz w:val="24"/>
        </w:rPr>
        <w:t>Government scheme covers the electricity cost</w:t>
      </w:r>
    </w:p>
    <w:p>
      <w:r>
        <w:t>Since 1 January 2026, every kilowatt-hour (kWh) charged at home through a MID-certified meter earns an Emission Reduction Unit (ERE). Fuel suppliers buy these units to meet their legal obligation. For the charger owner this is worth around 16 cents per kWh. Joulo charges no service fee on shared electricity, so the full amount goes to the owner.</w:t>
      </w:r>
    </w:p>
    <w:p>
      <w:r>
        <w:t>On a dynamic energy contract, the daytime electricity price regularly falls below those 16 cents, especially on sunny days. In those hours a guest session costs the owner nothing. In more expensive hours the owner pays the difference: on average around one euro for a typical 12 kWh session. The same session at a public charge point costs around 5.50 euros.</w:t>
      </w:r>
    </w:p>
    <w:p>
      <w:r>
        <w:rPr>
          <w:b/>
          <w:color w:val="2E9E6E"/>
          <w:sz w:val="24"/>
        </w:rPr>
        <w:t>A home charger sits idle 18 to 20 hours a day</w:t>
      </w:r>
    </w:p>
    <w:p>
      <w:r>
        <w:t>A Joulo measurement across 11,575 home chargers shows that a home charger is free for 18 to 20 hours a day. On weekdays between 10:00 and 16:00 it sits unused nine minutes out of ten. At the same time, many EV drivers without a driveway depend on public charge points. Joulo Share brings the two together. The owner invites someone they know through the Joulo app. The guest creates a free Joulo account, taps in the app that they are charging and plugs in. The owner sees in the app which hours are cheapest and switches Share on or off whenever it suits them.</w:t>
      </w:r>
    </w:p>
    <w:p>
      <w:r>
        <w:t>"Not everyone with an electric car has a driveway. At the same time, most home chargers sit idle during the day," says Anton Westra, Energy Market Lead at Tibber Netherlands. "Exactly when electricity is cheapest. With Joulo Share you help someone close to you charge, at a time when it costs you next to nothing. That makes charging through your own network simpler, more accessible and smarter."</w:t>
      </w:r>
    </w:p>
    <w:p>
      <w:r>
        <w:t>"Sharing a charger should be as simple as inviting someone round for a coffee," says Johan Trip, co-founder of Joulo. "No payment request is needed. The ERE payment covers the electricity, and that makes sharing the obvious thing to do."</w:t>
      </w:r>
    </w:p>
    <w:p>
      <w:r>
        <w:rPr>
          <w:b/>
          <w:color w:val="2E9E6E"/>
          <w:sz w:val="24"/>
        </w:rPr>
        <w:t>Availability</w:t>
      </w:r>
    </w:p>
    <w:p>
      <w:r>
        <w:t>Joulo Share is available to Tibber customers with a dynamic energy contract and a home charger with a factory-fitted MID-certified meter. The guest needs no Tibber contract, only a free Joulo account and an invitation from the owner. The service is intended for people who know each other.</w:t>
      </w:r>
    </w:p>
    <w:p>
      <w:r>
        <w:t>More information: joulo.nl/en/share • press information, figures and images: joulo.nl/en/press/joulo-share</w:t>
      </w:r>
    </w:p>
    <w:p>
      <w:r>
        <w:rPr>
          <w:b/>
          <w:color w:val="2E9E6E"/>
          <w:sz w:val="24"/>
        </w:rPr>
        <w:t>Notes to editors (not for publication)</w:t>
      </w:r>
    </w:p>
    <w:p>
      <w:r>
        <w:rPr>
          <w:b/>
        </w:rPr>
        <w:t>About Joulo.</w:t>
      </w:r>
      <w:r>
        <w:t xml:space="preserve"> Joulo is the most used ERE registration app in the Netherlands, with over 20,000 downloads. Joulo B.V. is on the official NEa list of registration service providers. Joulo connects home chargers and reads every charging session automatically. It registers the charged kilowatt-hours with the Dutch Emissions Authority (NEa), sells the ERE units on the market and pays out the proceeds every quarter. Joulo was founded by Ruben Stolk and Johan Trip. More information: www.joulo.nl.</w:t>
      </w:r>
    </w:p>
    <w:p>
      <w:r>
        <w:rPr>
          <w:b/>
        </w:rPr>
        <w:t>About Tibber.</w:t>
      </w:r>
      <w:r>
        <w:t xml:space="preserve"> Tibber supplies dynamic energy contracts and smart technology. They help customers understand their energy use and use electricity in a smarter, more efficient and more sustainable way. Tibber has more than 1 million users and operates in the Netherlands, Germany, Norway and Sweden. Customers pay the exchange price per quarter hour and get access to all smart features in the Tibber app. More information: tibber.com/nl.</w:t>
      </w:r>
    </w:p>
    <w:p>
      <w:r>
        <w:rPr>
          <w:b/>
        </w:rPr>
        <w:t>Press contact Tibber.</w:t>
      </w:r>
      <w:r>
        <w:t xml:space="preserve"> TEAM LEWIS, Janneke van Kasteren and Annabel Timmermans • Tibber@teamlewis.com • +31 (0)40 235 4600</w:t>
      </w:r>
    </w:p>
    <w:p>
      <w:r>
        <w:rPr>
          <w:b/>
        </w:rPr>
        <w:t>Press contact Joulo.</w:t>
      </w:r>
      <w:r>
        <w:t xml:space="preserve"> Johan Trip, co-founder • johan@joulo.nl • +31 88 1001 388</w:t>
      </w:r>
    </w:p>
    <w:p>
      <w:r>
        <w:rPr>
          <w:b/>
        </w:rPr>
        <w:t>Images and figures:</w:t>
      </w:r>
      <w:r>
        <w:t xml:space="preserve"> joulo.nl/en/press/joulo-share • logos and brand assets: joulo.nl/en/brand • the idle-time study (Dutch): joulo.nl/onderzoek/laadstation-stilstand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